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76" w:lineRule="auto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CỘNG HÒA XÃ HỘI CHỦ NGHĨA VIỆT NAM</w:t>
      </w:r>
    </w:p>
    <w:p>
      <w:pPr>
        <w:spacing w:before="0" w:after="200" w:line="276" w:lineRule="auto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Độc lập - Tự do - Hạnh phúc</w:t>
      </w:r>
    </w:p>
    <w:p>
      <w:pPr>
        <w:spacing w:before="0" w:after="280" w:line="276" w:lineRule="auto"/>
        <w:jc w:val="center"/>
      </w:pPr>
      <w:r>
        <w:rPr>
          <w:rFonts w:ascii="Times New Roman" w:hAnsi="Times New Roman" w:eastAsia="Times New Roman"/>
          <w:b/>
          <w:i w:val="0"/>
          <w:sz w:val="32"/>
        </w:rPr>
        <w:t>ĐƠN KHỞI KIỆN</w:t>
      </w:r>
    </w:p>
    <w:p>
      <w:pPr>
        <w:spacing w:before="0" w:after="200" w:line="276" w:lineRule="auto"/>
        <w:jc w:val="left"/>
      </w:pPr>
      <w:r>
        <w:rPr>
          <w:rFonts w:ascii="Times New Roman" w:hAnsi="Times New Roman" w:eastAsia="Times New Roman"/>
          <w:b/>
          <w:i w:val="0"/>
          <w:sz w:val="26"/>
        </w:rPr>
        <w:t>Kính gửi: Tòa án nhân dân ............................................................</w:t>
      </w:r>
    </w:p>
    <w:p>
      <w:pPr>
        <w:spacing w:before="0" w:after="8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Người khởi kiện: ........................................................... sinh năm .............................</w:t>
      </w:r>
    </w:p>
    <w:p>
      <w:pPr>
        <w:spacing w:before="0" w:after="8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Số CMND/Căn cước công dân (hoặc Hộ chiếu): ........................................................</w:t>
      </w:r>
    </w:p>
    <w:p>
      <w:pPr>
        <w:spacing w:before="0" w:after="8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Ngày cấp .....................................    Nơi cấp: ................................................................</w:t>
      </w:r>
    </w:p>
    <w:p>
      <w:pPr>
        <w:spacing w:before="0" w:after="8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Địa chỉ: .......................................................................................................................</w:t>
      </w:r>
    </w:p>
    <w:p>
      <w:pPr>
        <w:spacing w:before="0" w:after="8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Chỗ ở hiện tại: ...............................................................................................................</w:t>
      </w:r>
    </w:p>
    <w:p>
      <w:pPr>
        <w:spacing w:before="0" w:after="8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Số điện thoại (hoặc email): 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</w:r>
    </w:p>
    <w:p>
      <w:pPr>
        <w:spacing w:before="0" w:after="8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Người bị kiện: ................................................................. sinh năm .................................</w:t>
      </w:r>
    </w:p>
    <w:p>
      <w:pPr>
        <w:spacing w:before="0" w:after="8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Số CMND/Căn cước công dân (hoặc Hộ chiếu): ........................................................</w:t>
      </w:r>
    </w:p>
    <w:p>
      <w:pPr>
        <w:spacing w:before="0" w:after="8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Ngày cấp .....................................    Nơi cấp: ................................................................</w:t>
      </w:r>
    </w:p>
    <w:p>
      <w:pPr>
        <w:spacing w:before="0" w:after="8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Địa chỉ: .......................................................................................................................</w:t>
      </w:r>
    </w:p>
    <w:p>
      <w:pPr>
        <w:spacing w:before="0" w:after="8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Chỗ ở hiện tại: ...............................................................................................................</w:t>
      </w:r>
    </w:p>
    <w:p>
      <w:pPr>
        <w:spacing w:before="0" w:after="8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Số điện thoại (hoặc email): .............................................................................................</w:t>
      </w:r>
    </w:p>
    <w:p>
      <w:pPr>
        <w:spacing w:before="0" w:after="8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Tôi và ........................................................... kết hôn với nhau ngày ..........................</w:t>
      </w:r>
    </w:p>
    <w:p>
      <w:pPr>
        <w:spacing w:before="0" w:after="16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tại: ...............................................................................................................................</w:t>
      </w:r>
    </w:p>
    <w:p>
      <w:pPr>
        <w:spacing w:before="0" w:after="60" w:line="276" w:lineRule="auto"/>
        <w:jc w:val="left"/>
      </w:pPr>
      <w:r>
        <w:rPr>
          <w:rFonts w:ascii="Times New Roman" w:hAnsi="Times New Roman" w:eastAsia="Times New Roman"/>
          <w:b/>
          <w:i w:val="0"/>
          <w:sz w:val="26"/>
        </w:rPr>
        <w:t>Lý do xin ly hôn: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60" w:line="276" w:lineRule="auto"/>
        <w:jc w:val="left"/>
      </w:pPr>
      <w:r>
        <w:rPr>
          <w:rFonts w:ascii="Times New Roman" w:hAnsi="Times New Roman" w:eastAsia="Times New Roman"/>
          <w:b/>
          <w:i w:val="0"/>
          <w:sz w:val="26"/>
        </w:rPr>
        <w:t>Về con chung (ghi rõ họ tên, ngày tháng năm sinh của từng con nếu có):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60" w:line="276" w:lineRule="auto"/>
        <w:jc w:val="left"/>
      </w:pPr>
      <w:r>
        <w:rPr>
          <w:rFonts w:ascii="Times New Roman" w:hAnsi="Times New Roman" w:eastAsia="Times New Roman"/>
          <w:b/>
          <w:i w:val="0"/>
          <w:sz w:val="26"/>
        </w:rPr>
        <w:t>Về tài sản chung của vợ chồng (ghi rõ các tài sản nếu có):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60" w:line="276" w:lineRule="auto"/>
        <w:jc w:val="left"/>
      </w:pPr>
      <w:r>
        <w:rPr>
          <w:rFonts w:ascii="Times New Roman" w:hAnsi="Times New Roman" w:eastAsia="Times New Roman"/>
          <w:b/>
          <w:i w:val="0"/>
          <w:sz w:val="26"/>
        </w:rPr>
        <w:t>Về công nợ (vợ chồng có nợ ai, hoặc có ai nợ vợ chồng không?):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sz w:val="26"/>
        </w:rPr>
        <w:t>Tôi đề nghị Tòa án nhân dân ......................................... giải quyết những vấn đề sau: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/>
          <w:i w:val="0"/>
          <w:sz w:val="26"/>
        </w:rPr>
        <w:t>Về quan hệ hôn nhân: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/>
          <w:i w:val="0"/>
          <w:sz w:val="26"/>
        </w:rPr>
        <w:t>Về con chung: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/>
          <w:i w:val="0"/>
          <w:sz w:val="26"/>
        </w:rPr>
        <w:t>Về tài sản chung: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/>
          <w:i w:val="0"/>
          <w:sz w:val="26"/>
        </w:rPr>
        <w:t>Về công nợ: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before="0" w:after="60" w:line="276" w:lineRule="auto"/>
        <w:jc w:val="left"/>
      </w:pPr>
      <w:r>
        <w:rPr>
          <w:rFonts w:ascii="Times New Roman" w:hAnsi="Times New Roman" w:eastAsia="Times New Roman"/>
          <w:b/>
          <w:i/>
          <w:sz w:val="26"/>
        </w:rPr>
        <w:t>* Ghi chú: Những giấy tờ cần nộp theo đơn: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- Giấy đăng ký kết hôn;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- Bản sao CMND (hoặc hộ chiếu), Sổ hộ khẩu;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- Bản sao giấy khai sinh của con (nếu có);</w:t>
      </w:r>
    </w:p>
    <w:p>
      <w:pPr>
        <w:spacing w:before="0" w:after="4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6"/>
        </w:rPr>
        <w:t>- Bản sao giấy tờ liên quan đến tài sản (nếu có).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252"/>
      </w:tblGrid>
      <w:tr>
        <w:tc>
          <w:tcPr>
            <w:tcW w:type="dxa" w:w="4677"/>
          </w:tcPr>
          <w:p/>
        </w:tc>
        <w:tc>
          <w:tcPr>
            <w:tcW w:type="dxa" w:w="4677"/>
          </w:tcPr>
          <w:p>
            <w:pPr>
              <w:jc w:val="center"/>
            </w:pPr>
            <w:r>
              <w:rPr>
                <w:rFonts w:ascii="Times New Roman" w:hAnsi="Times New Roman"/>
                <w:i/>
                <w:sz w:val="26"/>
              </w:rPr>
              <w:t>Ngày ..... tháng ..... năm ......</w:t>
            </w:r>
          </w:p>
        </w:tc>
      </w:tr>
      <w:tr>
        <w:tc>
          <w:tcPr>
            <w:tcW w:type="dxa" w:w="4677"/>
          </w:tcPr>
          <w:p/>
        </w:tc>
        <w:tc>
          <w:tcPr>
            <w:tcW w:type="dxa" w:w="4677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6"/>
              </w:rPr>
              <w:t>NGƯỜI LÀM ĐƠN</w:t>
            </w:r>
          </w:p>
        </w:tc>
      </w:tr>
      <w:tr>
        <w:tc>
          <w:tcPr>
            <w:tcW w:type="dxa" w:w="4677"/>
          </w:tcPr>
          <w:p/>
        </w:tc>
        <w:tc>
          <w:tcPr>
            <w:tcW w:type="dxa" w:w="4677"/>
          </w:tcPr>
          <w:p>
            <w:pPr>
              <w:jc w:val="center"/>
            </w:pPr>
            <w:r>
              <w:rPr>
                <w:rFonts w:ascii="Times New Roman" w:hAnsi="Times New Roman"/>
                <w:i/>
                <w:sz w:val="26"/>
              </w:rPr>
              <w:t>(Ký, ghi rõ họ tên)</w:t>
              <w:br/>
              <w:br/>
              <w:br/>
              <w:br/>
            </w:r>
          </w:p>
        </w:tc>
      </w:tr>
    </w:tbl>
    <w:sectPr w:rsidR="00FC693F" w:rsidRPr="0006063C" w:rsidSect="00034616"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